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Student I Can Tracker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Colour or tick a box for each goal: Not yet, Getting there, or Yes. Update it as the unit goes on.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129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Lesson</w:t>
            </w:r>
          </w:p>
        </w:tc>
        <w:tc>
          <w:tcPr>
            <w:tcW w:type="dxa" w:w="50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 can ...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yet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Getting there</w:t>
            </w:r>
          </w:p>
        </w:tc>
        <w:tc>
          <w:tcPr>
            <w:tcW w:type="dxa" w:w="10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Yes</w:t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name the three parts of a paragraph.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choose an opinion topic and list reasons.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write a hook and a clear topic sentence.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3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support my opinion with reasons and details.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3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use transition words to connect ideas.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4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write a conclusion with a clincher.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5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revise and edit to improve my paragraph.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5</w:t>
            </w:r>
          </w:p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write a full opinion paragraph with all three parts.</w:t>
            </w:r>
          </w:p>
        </w:tc>
        <w:tc>
          <w:tcPr>
            <w:tcW w:type="dxa" w:w="1368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One thing I am proud of: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thing I want to work on next: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